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74"/>
        <w:gridCol w:w="5074"/>
      </w:tblGrid>
      <w:tr w:rsidR="00017A3B" w14:paraId="7A38A618" w14:textId="77777777">
        <w:trPr>
          <w:jc w:val="center"/>
        </w:trPr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BE9AA0" w14:textId="77777777" w:rsidR="00017A3B" w:rsidRDefault="00000000">
            <w:pPr>
              <w:spacing w:after="20"/>
            </w:pPr>
            <w:r>
              <w:rPr>
                <w:b/>
                <w:color w:val="4F7D38"/>
                <w:sz w:val="40"/>
              </w:rPr>
              <w:t>Trustee Application Form</w:t>
            </w:r>
          </w:p>
          <w:p w14:paraId="703E951C" w14:textId="77777777" w:rsidR="00017A3B" w:rsidRDefault="00000000">
            <w:r>
              <w:rPr>
                <w:sz w:val="19"/>
              </w:rPr>
              <w:t>Registered Charity Number 1170666</w:t>
            </w:r>
          </w:p>
        </w:tc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EB3AB9" w14:textId="77777777" w:rsidR="00017A3B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1DDB9C80" wp14:editId="0D0FA4D5">
                  <wp:extent cx="1296000" cy="93132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oodbox_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931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48CD38" w14:textId="77777777" w:rsidR="00017A3B" w:rsidRDefault="00017A3B"/>
    <w:p w14:paraId="05F5C9C5" w14:textId="77777777" w:rsidR="00017A3B" w:rsidRDefault="00000000">
      <w:pPr>
        <w:spacing w:after="140"/>
      </w:pPr>
      <w:r>
        <w:t xml:space="preserve">Please return your completed application form by email to </w:t>
      </w:r>
      <w:r>
        <w:rPr>
          <w:b/>
          <w:color w:val="4F7D38"/>
        </w:rPr>
        <w:t>chair@hounslowfoodbox.org.uk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562"/>
        <w:gridCol w:w="2961"/>
        <w:gridCol w:w="1765"/>
        <w:gridCol w:w="2848"/>
      </w:tblGrid>
      <w:tr w:rsidR="00017A3B" w14:paraId="4CC139CE" w14:textId="77777777" w:rsidTr="0087693D">
        <w:trPr>
          <w:jc w:val="center"/>
        </w:trPr>
        <w:tc>
          <w:tcPr>
            <w:tcW w:w="255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4A37AC" w14:textId="77777777" w:rsidR="00017A3B" w:rsidRDefault="00000000">
            <w:r>
              <w:rPr>
                <w:b/>
              </w:rPr>
              <w:t>Position applied for:</w:t>
            </w:r>
          </w:p>
        </w:tc>
        <w:tc>
          <w:tcPr>
            <w:tcW w:w="7540" w:type="dxa"/>
            <w:gridSpan w:val="3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46A8A9" w14:textId="77777777" w:rsidR="00017A3B" w:rsidRDefault="00000000">
            <w:r>
              <w:rPr>
                <w:b/>
                <w:color w:val="4F7D38"/>
              </w:rPr>
              <w:t>FoodBox Trustee</w:t>
            </w:r>
          </w:p>
        </w:tc>
      </w:tr>
      <w:tr w:rsidR="00017A3B" w14:paraId="685FE050" w14:textId="77777777" w:rsidTr="0087693D">
        <w:trPr>
          <w:jc w:val="center"/>
        </w:trPr>
        <w:tc>
          <w:tcPr>
            <w:tcW w:w="10091" w:type="dxa"/>
            <w:gridSpan w:val="4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AF3E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D36895" w14:textId="77777777" w:rsidR="00017A3B" w:rsidRDefault="00000000">
            <w:r>
              <w:rPr>
                <w:b/>
                <w:color w:val="4F7D38"/>
                <w:sz w:val="23"/>
              </w:rPr>
              <w:t>Personal details</w:t>
            </w:r>
          </w:p>
        </w:tc>
      </w:tr>
      <w:tr w:rsidR="00017A3B" w14:paraId="7A783ED7" w14:textId="77777777" w:rsidTr="0087693D">
        <w:trPr>
          <w:jc w:val="center"/>
        </w:trPr>
        <w:tc>
          <w:tcPr>
            <w:tcW w:w="255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2D4224" w14:textId="77777777" w:rsidR="00017A3B" w:rsidRDefault="00000000">
            <w:r>
              <w:rPr>
                <w:b/>
              </w:rPr>
              <w:t>First name:</w:t>
            </w:r>
          </w:p>
        </w:tc>
        <w:tc>
          <w:tcPr>
            <w:tcW w:w="7540" w:type="dxa"/>
            <w:gridSpan w:val="3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4F3A32" w14:textId="77777777" w:rsidR="00017A3B" w:rsidRDefault="00017A3B"/>
        </w:tc>
      </w:tr>
      <w:tr w:rsidR="00017A3B" w14:paraId="4E9E8812" w14:textId="77777777" w:rsidTr="0087693D">
        <w:trPr>
          <w:jc w:val="center"/>
        </w:trPr>
        <w:tc>
          <w:tcPr>
            <w:tcW w:w="255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0FC487" w14:textId="77777777" w:rsidR="00017A3B" w:rsidRDefault="00000000">
            <w:r>
              <w:rPr>
                <w:b/>
              </w:rPr>
              <w:t>Surname:</w:t>
            </w:r>
          </w:p>
        </w:tc>
        <w:tc>
          <w:tcPr>
            <w:tcW w:w="7540" w:type="dxa"/>
            <w:gridSpan w:val="3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F35206" w14:textId="77777777" w:rsidR="00017A3B" w:rsidRDefault="00017A3B"/>
        </w:tc>
      </w:tr>
      <w:tr w:rsidR="00017A3B" w14:paraId="6378B06D" w14:textId="77777777" w:rsidTr="0087693D">
        <w:trPr>
          <w:trHeight w:val="709"/>
          <w:jc w:val="center"/>
        </w:trPr>
        <w:tc>
          <w:tcPr>
            <w:tcW w:w="255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D6F6DA" w14:textId="77777777" w:rsidR="00017A3B" w:rsidRDefault="00000000">
            <w:r>
              <w:rPr>
                <w:b/>
              </w:rPr>
              <w:t>Address:</w:t>
            </w:r>
          </w:p>
        </w:tc>
        <w:tc>
          <w:tcPr>
            <w:tcW w:w="7540" w:type="dxa"/>
            <w:gridSpan w:val="3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C8DAA4" w14:textId="77777777" w:rsidR="00017A3B" w:rsidRDefault="00017A3B"/>
        </w:tc>
      </w:tr>
      <w:tr w:rsidR="00017A3B" w14:paraId="418172D3" w14:textId="77777777" w:rsidTr="0087693D">
        <w:trPr>
          <w:jc w:val="center"/>
        </w:trPr>
        <w:tc>
          <w:tcPr>
            <w:tcW w:w="255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152030" w14:textId="77777777" w:rsidR="00017A3B" w:rsidRDefault="00000000">
            <w:r>
              <w:rPr>
                <w:b/>
              </w:rPr>
              <w:t>Postcode:</w:t>
            </w:r>
          </w:p>
        </w:tc>
        <w:tc>
          <w:tcPr>
            <w:tcW w:w="294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809C11" w14:textId="77777777" w:rsidR="00017A3B" w:rsidRDefault="00017A3B"/>
        </w:tc>
        <w:tc>
          <w:tcPr>
            <w:tcW w:w="1757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F00EB7" w14:textId="77777777" w:rsidR="00017A3B" w:rsidRDefault="00000000">
            <w:r>
              <w:rPr>
                <w:b/>
              </w:rPr>
              <w:t>Tel (home):</w:t>
            </w:r>
          </w:p>
        </w:tc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717AD0" w14:textId="77777777" w:rsidR="00017A3B" w:rsidRDefault="00017A3B"/>
        </w:tc>
      </w:tr>
      <w:tr w:rsidR="00017A3B" w14:paraId="0F7F2B1F" w14:textId="77777777" w:rsidTr="0087693D">
        <w:trPr>
          <w:jc w:val="center"/>
        </w:trPr>
        <w:tc>
          <w:tcPr>
            <w:tcW w:w="255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1EECC2" w14:textId="77777777" w:rsidR="00017A3B" w:rsidRDefault="00000000">
            <w:r>
              <w:rPr>
                <w:b/>
              </w:rPr>
              <w:t>Tel (work):</w:t>
            </w:r>
          </w:p>
        </w:tc>
        <w:tc>
          <w:tcPr>
            <w:tcW w:w="294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6D9BBB" w14:textId="77777777" w:rsidR="00017A3B" w:rsidRDefault="00017A3B"/>
        </w:tc>
        <w:tc>
          <w:tcPr>
            <w:tcW w:w="1757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FC12D3" w14:textId="77777777" w:rsidR="00017A3B" w:rsidRDefault="00000000">
            <w:r>
              <w:rPr>
                <w:b/>
              </w:rPr>
              <w:t>Tel (mobile):</w:t>
            </w:r>
          </w:p>
        </w:tc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6B03D7" w14:textId="77777777" w:rsidR="00017A3B" w:rsidRDefault="00017A3B"/>
        </w:tc>
      </w:tr>
      <w:tr w:rsidR="00017A3B" w14:paraId="72C12E34" w14:textId="77777777" w:rsidTr="0087693D">
        <w:trPr>
          <w:jc w:val="center"/>
        </w:trPr>
        <w:tc>
          <w:tcPr>
            <w:tcW w:w="255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A5F9D7" w14:textId="77777777" w:rsidR="00017A3B" w:rsidRDefault="00000000">
            <w:r>
              <w:rPr>
                <w:b/>
              </w:rPr>
              <w:t>Email:</w:t>
            </w:r>
          </w:p>
        </w:tc>
        <w:tc>
          <w:tcPr>
            <w:tcW w:w="7540" w:type="dxa"/>
            <w:gridSpan w:val="3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6E5BB6" w14:textId="77777777" w:rsidR="00017A3B" w:rsidRDefault="00017A3B"/>
        </w:tc>
      </w:tr>
      <w:tr w:rsidR="00017A3B" w14:paraId="0F966C70" w14:textId="77777777" w:rsidTr="0087693D">
        <w:trPr>
          <w:jc w:val="center"/>
        </w:trPr>
        <w:tc>
          <w:tcPr>
            <w:tcW w:w="255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167FF7" w14:textId="77777777" w:rsidR="00017A3B" w:rsidRDefault="00000000">
            <w:r>
              <w:rPr>
                <w:b/>
              </w:rPr>
              <w:t>Date of birth:</w:t>
            </w:r>
          </w:p>
        </w:tc>
        <w:tc>
          <w:tcPr>
            <w:tcW w:w="7540" w:type="dxa"/>
            <w:gridSpan w:val="3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382955" w14:textId="77777777" w:rsidR="00017A3B" w:rsidRDefault="00017A3B"/>
        </w:tc>
      </w:tr>
      <w:tr w:rsidR="00017A3B" w14:paraId="30CAB8A5" w14:textId="77777777" w:rsidTr="0087693D">
        <w:trPr>
          <w:jc w:val="center"/>
        </w:trPr>
        <w:tc>
          <w:tcPr>
            <w:tcW w:w="255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CAADE7" w14:textId="77777777" w:rsidR="00017A3B" w:rsidRDefault="00000000">
            <w:r>
              <w:rPr>
                <w:b/>
              </w:rPr>
              <w:t>Do you have a disability?</w:t>
            </w:r>
          </w:p>
        </w:tc>
        <w:tc>
          <w:tcPr>
            <w:tcW w:w="4705" w:type="dxa"/>
            <w:gridSpan w:val="2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7E26A6" w14:textId="77777777" w:rsidR="00017A3B" w:rsidRDefault="00017A3B"/>
        </w:tc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9D7CD5" w14:textId="77777777" w:rsidR="00017A3B" w:rsidRDefault="00000000">
            <w:r>
              <w:t>Yes / No</w:t>
            </w:r>
          </w:p>
        </w:tc>
      </w:tr>
      <w:tr w:rsidR="00017A3B" w14:paraId="14F84F44" w14:textId="77777777" w:rsidTr="0087693D">
        <w:trPr>
          <w:trHeight w:val="765"/>
          <w:jc w:val="center"/>
        </w:trPr>
        <w:tc>
          <w:tcPr>
            <w:tcW w:w="255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1A4D6F" w14:textId="77777777" w:rsidR="00017A3B" w:rsidRDefault="00000000">
            <w:r>
              <w:rPr>
                <w:b/>
              </w:rPr>
              <w:t>Reasonable adjustments:</w:t>
            </w:r>
          </w:p>
        </w:tc>
        <w:tc>
          <w:tcPr>
            <w:tcW w:w="7540" w:type="dxa"/>
            <w:gridSpan w:val="3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197DB4" w14:textId="77777777" w:rsidR="00017A3B" w:rsidRDefault="00000000">
            <w:r>
              <w:rPr>
                <w:i/>
                <w:color w:val="666666"/>
                <w:sz w:val="20"/>
              </w:rPr>
              <w:t>If yes, please provide details of any reasonable adjustments you would require when attending the interview or fulfilling your role.</w:t>
            </w:r>
          </w:p>
        </w:tc>
      </w:tr>
      <w:tr w:rsidR="00017A3B" w14:paraId="5C6D1441" w14:textId="77777777" w:rsidTr="0087693D">
        <w:trPr>
          <w:jc w:val="center"/>
        </w:trPr>
        <w:tc>
          <w:tcPr>
            <w:tcW w:w="255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059442" w14:textId="77777777" w:rsidR="00017A3B" w:rsidRDefault="00000000">
            <w:r>
              <w:rPr>
                <w:b/>
              </w:rPr>
              <w:t>Occupation:</w:t>
            </w:r>
          </w:p>
        </w:tc>
        <w:tc>
          <w:tcPr>
            <w:tcW w:w="7540" w:type="dxa"/>
            <w:gridSpan w:val="3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15766E" w14:textId="77777777" w:rsidR="00017A3B" w:rsidRDefault="00017A3B"/>
        </w:tc>
      </w:tr>
      <w:tr w:rsidR="00017A3B" w14:paraId="53F76DDC" w14:textId="77777777" w:rsidTr="0087693D">
        <w:trPr>
          <w:jc w:val="center"/>
        </w:trPr>
        <w:tc>
          <w:tcPr>
            <w:tcW w:w="10091" w:type="dxa"/>
            <w:gridSpan w:val="4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AF3E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AEE797" w14:textId="77777777" w:rsidR="00017A3B" w:rsidRDefault="00000000">
            <w:r>
              <w:rPr>
                <w:b/>
                <w:color w:val="4F7D38"/>
                <w:sz w:val="23"/>
              </w:rPr>
              <w:t>Why do you wish to become a trustee of Hounslow Community FoodBox?</w:t>
            </w:r>
          </w:p>
        </w:tc>
      </w:tr>
      <w:tr w:rsidR="00017A3B" w14:paraId="36F0E5B7" w14:textId="77777777" w:rsidTr="0087693D">
        <w:trPr>
          <w:trHeight w:val="1134"/>
          <w:jc w:val="center"/>
        </w:trPr>
        <w:tc>
          <w:tcPr>
            <w:tcW w:w="10091" w:type="dxa"/>
            <w:gridSpan w:val="4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3E813D" w14:textId="77777777" w:rsidR="00017A3B" w:rsidRDefault="00017A3B"/>
        </w:tc>
      </w:tr>
      <w:tr w:rsidR="00017A3B" w14:paraId="48F4A63D" w14:textId="77777777" w:rsidTr="0087693D">
        <w:trPr>
          <w:jc w:val="center"/>
        </w:trPr>
        <w:tc>
          <w:tcPr>
            <w:tcW w:w="10091" w:type="dxa"/>
            <w:gridSpan w:val="4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AF3E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A96E2D" w14:textId="77777777" w:rsidR="00017A3B" w:rsidRDefault="00000000">
            <w:r>
              <w:rPr>
                <w:b/>
                <w:color w:val="4F7D38"/>
                <w:sz w:val="23"/>
              </w:rPr>
              <w:t>Skills and experience you could bring to the Board</w:t>
            </w:r>
          </w:p>
        </w:tc>
      </w:tr>
      <w:tr w:rsidR="00017A3B" w14:paraId="76EC6776" w14:textId="77777777" w:rsidTr="0087693D">
        <w:trPr>
          <w:jc w:val="center"/>
        </w:trPr>
        <w:tc>
          <w:tcPr>
            <w:tcW w:w="10091" w:type="dxa"/>
            <w:gridSpan w:val="4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9A4F98" w14:textId="77777777" w:rsidR="00017A3B" w:rsidRDefault="00000000">
            <w:r>
              <w:rPr>
                <w:i/>
                <w:color w:val="666666"/>
                <w:sz w:val="20"/>
              </w:rPr>
              <w:t>Please mark each relevant area as P (principal skill) or S (secondary skill).</w:t>
            </w:r>
          </w:p>
        </w:tc>
      </w:tr>
      <w:tr w:rsidR="00017A3B" w14:paraId="37D4CBDD" w14:textId="77777777" w:rsidTr="0087693D">
        <w:trPr>
          <w:jc w:val="center"/>
        </w:trPr>
        <w:tc>
          <w:tcPr>
            <w:tcW w:w="255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4A13A0" w14:textId="77777777" w:rsidR="00017A3B" w:rsidRDefault="00000000">
            <w:r>
              <w:t>Human resources / volunteers</w:t>
            </w:r>
          </w:p>
        </w:tc>
        <w:tc>
          <w:tcPr>
            <w:tcW w:w="294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DFC168" w14:textId="77777777" w:rsidR="00017A3B" w:rsidRDefault="00000000">
            <w:pPr>
              <w:jc w:val="center"/>
            </w:pPr>
            <w:r>
              <w:t>P / S</w:t>
            </w:r>
          </w:p>
        </w:tc>
        <w:tc>
          <w:tcPr>
            <w:tcW w:w="1757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0B9C48" w14:textId="77777777" w:rsidR="00017A3B" w:rsidRDefault="00000000">
            <w:r>
              <w:t>Health, welfare and nutrition</w:t>
            </w:r>
          </w:p>
        </w:tc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774667" w14:textId="77777777" w:rsidR="00017A3B" w:rsidRDefault="00000000">
            <w:pPr>
              <w:jc w:val="center"/>
            </w:pPr>
            <w:r>
              <w:t>P / S</w:t>
            </w:r>
          </w:p>
        </w:tc>
      </w:tr>
      <w:tr w:rsidR="00017A3B" w14:paraId="5A93F460" w14:textId="77777777" w:rsidTr="0087693D">
        <w:trPr>
          <w:jc w:val="center"/>
        </w:trPr>
        <w:tc>
          <w:tcPr>
            <w:tcW w:w="255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9DAD15" w14:textId="77777777" w:rsidR="00017A3B" w:rsidRDefault="00000000">
            <w:r>
              <w:t>Communications / social media</w:t>
            </w:r>
          </w:p>
        </w:tc>
        <w:tc>
          <w:tcPr>
            <w:tcW w:w="294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05E9A1" w14:textId="77777777" w:rsidR="00017A3B" w:rsidRDefault="00000000">
            <w:pPr>
              <w:jc w:val="center"/>
            </w:pPr>
            <w:r>
              <w:t>P / S</w:t>
            </w:r>
          </w:p>
        </w:tc>
        <w:tc>
          <w:tcPr>
            <w:tcW w:w="1757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E087A6" w14:textId="77777777" w:rsidR="00017A3B" w:rsidRDefault="00000000">
            <w:r>
              <w:t>Legal and governance</w:t>
            </w:r>
          </w:p>
        </w:tc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C0D40E" w14:textId="77777777" w:rsidR="00017A3B" w:rsidRDefault="00000000">
            <w:pPr>
              <w:jc w:val="center"/>
            </w:pPr>
            <w:r>
              <w:t>P / S</w:t>
            </w:r>
          </w:p>
        </w:tc>
      </w:tr>
      <w:tr w:rsidR="00017A3B" w14:paraId="3475217D" w14:textId="77777777" w:rsidTr="0087693D">
        <w:trPr>
          <w:jc w:val="center"/>
        </w:trPr>
        <w:tc>
          <w:tcPr>
            <w:tcW w:w="255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12F82A" w14:textId="77777777" w:rsidR="00017A3B" w:rsidRDefault="00000000">
            <w:r>
              <w:t>Tech / IT / web support</w:t>
            </w:r>
          </w:p>
        </w:tc>
        <w:tc>
          <w:tcPr>
            <w:tcW w:w="294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C755AC" w14:textId="77777777" w:rsidR="00017A3B" w:rsidRDefault="00000000">
            <w:pPr>
              <w:jc w:val="center"/>
            </w:pPr>
            <w:r>
              <w:t>P / S</w:t>
            </w:r>
          </w:p>
        </w:tc>
        <w:tc>
          <w:tcPr>
            <w:tcW w:w="1757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2E8F68" w14:textId="77777777" w:rsidR="00017A3B" w:rsidRDefault="00000000">
            <w:r>
              <w:t>Finance</w:t>
            </w:r>
          </w:p>
        </w:tc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408683" w14:textId="77777777" w:rsidR="00017A3B" w:rsidRDefault="00000000">
            <w:pPr>
              <w:jc w:val="center"/>
            </w:pPr>
            <w:r>
              <w:t>P / S</w:t>
            </w:r>
          </w:p>
        </w:tc>
      </w:tr>
      <w:tr w:rsidR="00017A3B" w14:paraId="14AC63C3" w14:textId="77777777" w:rsidTr="0087693D">
        <w:trPr>
          <w:jc w:val="center"/>
        </w:trPr>
        <w:tc>
          <w:tcPr>
            <w:tcW w:w="255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928058" w14:textId="77777777" w:rsidR="00017A3B" w:rsidRDefault="00000000">
            <w:r>
              <w:t>Operations</w:t>
            </w:r>
          </w:p>
        </w:tc>
        <w:tc>
          <w:tcPr>
            <w:tcW w:w="294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5271D4" w14:textId="77777777" w:rsidR="00017A3B" w:rsidRDefault="00000000">
            <w:pPr>
              <w:jc w:val="center"/>
            </w:pPr>
            <w:r>
              <w:t>P / S</w:t>
            </w:r>
          </w:p>
        </w:tc>
        <w:tc>
          <w:tcPr>
            <w:tcW w:w="1757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E5C541" w14:textId="77777777" w:rsidR="00017A3B" w:rsidRDefault="00000000">
            <w:r>
              <w:t>Other relevant skill</w:t>
            </w:r>
          </w:p>
        </w:tc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CD3664" w14:textId="77777777" w:rsidR="00017A3B" w:rsidRDefault="00017A3B"/>
        </w:tc>
      </w:tr>
    </w:tbl>
    <w:p w14:paraId="347BE39E" w14:textId="77777777" w:rsidR="00017A3B" w:rsidRDefault="00000000">
      <w:r/>
    </w:p>
    <w:p w14:paraId="0FD7EB95" w14:textId="77777777" w:rsidR="00017A3B" w:rsidRDefault="00000000">
      <w:pPr>
        <w:spacing w:after="60"/>
      </w:pPr>
      <w:r>
        <w:rPr>
          <w:b/>
          <w:color w:val="4F7D38"/>
          <w:sz w:val="32"/>
        </w:rPr>
        <w:lastRenderedPageBreak/>
        <w:t>Key skills &amp; experience</w:t>
      </w:r>
    </w:p>
    <w:p w14:paraId="69757C08" w14:textId="77777777" w:rsidR="00017A3B" w:rsidRDefault="00000000">
      <w:pPr>
        <w:spacing w:after="120"/>
      </w:pPr>
      <w:r>
        <w:rPr>
          <w:sz w:val="21"/>
        </w:rPr>
        <w:t>Please explain briefly how your skills and experience would enable you to fulfil the role of trustee. Please also enclose a CV with this application.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068"/>
        <w:gridCol w:w="5068"/>
      </w:tblGrid>
      <w:tr w:rsidR="00017A3B" w14:paraId="22A3EE9F" w14:textId="77777777" w:rsidTr="0087693D">
        <w:trPr>
          <w:jc w:val="center"/>
        </w:trPr>
        <w:tc>
          <w:tcPr>
            <w:tcW w:w="507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AF3E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2434FE" w14:textId="77777777" w:rsidR="00017A3B" w:rsidRDefault="00000000">
            <w:r>
              <w:rPr>
                <w:b/>
                <w:color w:val="4F7D38"/>
              </w:rPr>
              <w:t>Key skills / requirements</w:t>
            </w:r>
          </w:p>
        </w:tc>
        <w:tc>
          <w:tcPr>
            <w:tcW w:w="507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AF3E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11D84E" w14:textId="77777777" w:rsidR="00017A3B" w:rsidRDefault="00000000">
            <w:r>
              <w:rPr>
                <w:b/>
                <w:color w:val="4F7D38"/>
              </w:rPr>
              <w:t>Your evidence / examples</w:t>
            </w:r>
          </w:p>
        </w:tc>
      </w:tr>
      <w:tr w:rsidR="00017A3B" w14:paraId="2F5DA98F" w14:textId="77777777" w:rsidTr="0087693D">
        <w:trPr>
          <w:trHeight w:val="1276"/>
          <w:jc w:val="center"/>
        </w:trPr>
        <w:tc>
          <w:tcPr>
            <w:tcW w:w="507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060BC7" w14:textId="77777777" w:rsidR="00017A3B" w:rsidRDefault="00000000">
            <w:r>
              <w:rPr>
                <w:b/>
                <w:sz w:val="20"/>
              </w:rPr>
              <w:t>Demonstrate honesty and integrity when assuring the appropriate level of governance with colleagues and the management of the organisation</w:t>
            </w:r>
          </w:p>
        </w:tc>
        <w:tc>
          <w:tcPr>
            <w:tcW w:w="507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FE85BE" w14:textId="77777777" w:rsidR="00017A3B" w:rsidRDefault="00017A3B"/>
        </w:tc>
      </w:tr>
      <w:tr w:rsidR="00017A3B" w14:paraId="50D4E653" w14:textId="77777777" w:rsidTr="0087693D">
        <w:trPr>
          <w:trHeight w:val="1276"/>
          <w:jc w:val="center"/>
        </w:trPr>
        <w:tc>
          <w:tcPr>
            <w:tcW w:w="507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3E9D21" w14:textId="77777777" w:rsidR="00017A3B" w:rsidRDefault="00000000">
            <w:r>
              <w:rPr>
                <w:b/>
                <w:sz w:val="20"/>
              </w:rPr>
              <w:t>Evidence strategic oversight with the ability to think creatively to grow and maintain the organisation's strength</w:t>
            </w:r>
          </w:p>
        </w:tc>
        <w:tc>
          <w:tcPr>
            <w:tcW w:w="507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1ECE15" w14:textId="77777777" w:rsidR="00017A3B" w:rsidRDefault="00017A3B"/>
        </w:tc>
      </w:tr>
      <w:tr w:rsidR="00017A3B" w14:paraId="2915A491" w14:textId="77777777" w:rsidTr="0087693D">
        <w:trPr>
          <w:trHeight w:val="1276"/>
          <w:jc w:val="center"/>
        </w:trPr>
        <w:tc>
          <w:tcPr>
            <w:tcW w:w="507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94F12C" w14:textId="77777777" w:rsidR="00017A3B" w:rsidRDefault="00000000">
            <w:r>
              <w:rPr>
                <w:b/>
                <w:sz w:val="20"/>
              </w:rPr>
              <w:t>Ability to offer purposeful, constructive scrutiny and challenge</w:t>
            </w:r>
          </w:p>
        </w:tc>
        <w:tc>
          <w:tcPr>
            <w:tcW w:w="507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F4D17D" w14:textId="77777777" w:rsidR="00017A3B" w:rsidRDefault="00017A3B"/>
        </w:tc>
      </w:tr>
      <w:tr w:rsidR="00017A3B" w14:paraId="20E8AD9C" w14:textId="77777777" w:rsidTr="0087693D">
        <w:trPr>
          <w:trHeight w:val="1276"/>
          <w:jc w:val="center"/>
        </w:trPr>
        <w:tc>
          <w:tcPr>
            <w:tcW w:w="507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5727C4" w14:textId="77777777" w:rsidR="00017A3B" w:rsidRDefault="00000000">
            <w:r>
              <w:rPr>
                <w:b/>
                <w:sz w:val="20"/>
              </w:rPr>
              <w:t>Leadership skills and the ability to help develop a positive culture</w:t>
            </w:r>
          </w:p>
        </w:tc>
        <w:tc>
          <w:tcPr>
            <w:tcW w:w="507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9D62EB" w14:textId="77777777" w:rsidR="00017A3B" w:rsidRDefault="00017A3B"/>
        </w:tc>
      </w:tr>
      <w:tr w:rsidR="00017A3B" w14:paraId="4F86CA25" w14:textId="77777777" w:rsidTr="0087693D">
        <w:trPr>
          <w:trHeight w:val="1446"/>
          <w:jc w:val="center"/>
        </w:trPr>
        <w:tc>
          <w:tcPr>
            <w:tcW w:w="507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590427" w14:textId="77777777" w:rsidR="00017A3B" w:rsidRDefault="00000000">
            <w:r>
              <w:rPr>
                <w:b/>
                <w:sz w:val="20"/>
              </w:rPr>
              <w:t>Ability to act as a good ambassador for the organisation and to build strong relationships with partners and stakeholders</w:t>
            </w:r>
          </w:p>
        </w:tc>
        <w:tc>
          <w:tcPr>
            <w:tcW w:w="507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0114C7" w14:textId="77777777" w:rsidR="00017A3B" w:rsidRDefault="00017A3B"/>
        </w:tc>
      </w:tr>
      <w:tr w:rsidR="00017A3B" w14:paraId="4B4DA576" w14:textId="77777777" w:rsidTr="0087693D">
        <w:trPr>
          <w:trHeight w:val="1276"/>
          <w:jc w:val="center"/>
        </w:trPr>
        <w:tc>
          <w:tcPr>
            <w:tcW w:w="507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05BB99" w14:textId="77777777" w:rsidR="00017A3B" w:rsidRDefault="00000000">
            <w:r>
              <w:rPr>
                <w:b/>
                <w:sz w:val="20"/>
              </w:rPr>
              <w:t>Understanding of the current economic environment and the needs of residents across the borough</w:t>
            </w:r>
          </w:p>
        </w:tc>
        <w:tc>
          <w:tcPr>
            <w:tcW w:w="507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FA7B01" w14:textId="77777777" w:rsidR="00017A3B" w:rsidRDefault="00017A3B"/>
        </w:tc>
      </w:tr>
      <w:tr w:rsidR="00017A3B" w14:paraId="12C2D688" w14:textId="77777777" w:rsidTr="0087693D">
        <w:trPr>
          <w:trHeight w:val="1446"/>
          <w:jc w:val="center"/>
        </w:trPr>
        <w:tc>
          <w:tcPr>
            <w:tcW w:w="507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D18BD6" w14:textId="77777777" w:rsidR="00017A3B" w:rsidRDefault="00000000">
            <w:r>
              <w:rPr>
                <w:b/>
                <w:sz w:val="20"/>
              </w:rPr>
              <w:t>Ability to help develop growth opportunities for the organisation (e.g. through experience in marketing, fundraising, income generation etc.)</w:t>
            </w:r>
          </w:p>
        </w:tc>
        <w:tc>
          <w:tcPr>
            <w:tcW w:w="507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EE8722" w14:textId="77777777" w:rsidR="00017A3B" w:rsidRDefault="00017A3B"/>
        </w:tc>
      </w:tr>
    </w:tbl>
    <w:p w14:paraId="57ACD534" w14:textId="77777777" w:rsidR="00017A3B" w:rsidRDefault="00017A3B"/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068"/>
        <w:gridCol w:w="5068"/>
      </w:tblGrid>
      <w:tr w:rsidR="00017A3B" w14:paraId="5FD1A04C" w14:textId="77777777" w:rsidTr="0087693D">
        <w:trPr>
          <w:jc w:val="center"/>
        </w:trPr>
        <w:tc>
          <w:tcPr>
            <w:tcW w:w="507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AF3E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7C15C4" w14:textId="77777777" w:rsidR="00017A3B" w:rsidRDefault="00000000">
            <w:r>
              <w:rPr>
                <w:b/>
              </w:rPr>
              <w:t>Are you related to a trustee or volunteer of Hounslow Community FoodBox?</w:t>
            </w:r>
          </w:p>
        </w:tc>
        <w:tc>
          <w:tcPr>
            <w:tcW w:w="507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5BCCEE" w14:textId="77777777" w:rsidR="00017A3B" w:rsidRDefault="00000000">
            <w:pPr>
              <w:jc w:val="center"/>
            </w:pPr>
            <w:r>
              <w:rPr>
                <w:b/>
              </w:rPr>
              <w:t>Yes / No</w:t>
            </w:r>
          </w:p>
        </w:tc>
      </w:tr>
      <w:tr w:rsidR="00017A3B" w14:paraId="35F8851B" w14:textId="77777777" w:rsidTr="0087693D">
        <w:trPr>
          <w:jc w:val="center"/>
        </w:trPr>
        <w:tc>
          <w:tcPr>
            <w:tcW w:w="507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FF7BA6" w14:textId="77777777" w:rsidR="00017A3B" w:rsidRDefault="00000000">
            <w:r>
              <w:rPr>
                <w:b/>
              </w:rPr>
              <w:t>If yes, please state who:</w:t>
            </w:r>
          </w:p>
        </w:tc>
        <w:tc>
          <w:tcPr>
            <w:tcW w:w="507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374254" w14:textId="77777777" w:rsidR="00017A3B" w:rsidRDefault="00017A3B"/>
        </w:tc>
      </w:tr>
    </w:tbl>
    <w:p w14:paraId="1A172890" w14:textId="77777777" w:rsidR="00017A3B" w:rsidRDefault="00000000">
      <w:r>
        <w:br w:type="page"/>
      </w:r>
    </w:p>
    <w:p w14:paraId="057BE84B" w14:textId="77777777" w:rsidR="00017A3B" w:rsidRDefault="00000000">
      <w:pPr>
        <w:spacing w:after="60"/>
      </w:pPr>
      <w:r>
        <w:rPr>
          <w:b/>
          <w:color w:val="4F7D38"/>
          <w:sz w:val="32"/>
        </w:rPr>
        <w:lastRenderedPageBreak/>
        <w:t>References</w:t>
      </w:r>
    </w:p>
    <w:p w14:paraId="7D8B3FC3" w14:textId="77777777" w:rsidR="00017A3B" w:rsidRDefault="00000000">
      <w:pPr>
        <w:spacing w:after="120"/>
      </w:pPr>
      <w:r>
        <w:rPr>
          <w:sz w:val="21"/>
        </w:rPr>
        <w:t>Please give details of two people who would be willing to provide a reference.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789"/>
        <w:gridCol w:w="3577"/>
        <w:gridCol w:w="1789"/>
        <w:gridCol w:w="2981"/>
      </w:tblGrid>
      <w:tr w:rsidR="00017A3B" w14:paraId="1DE68CDA" w14:textId="77777777" w:rsidTr="0087693D">
        <w:trPr>
          <w:jc w:val="center"/>
        </w:trPr>
        <w:tc>
          <w:tcPr>
            <w:tcW w:w="9639" w:type="dxa"/>
            <w:gridSpan w:val="4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AF3E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1A16B8" w14:textId="77777777" w:rsidR="00017A3B" w:rsidRDefault="00000000">
            <w:r>
              <w:rPr>
                <w:b/>
                <w:color w:val="4F7D38"/>
              </w:rPr>
              <w:t>First reference</w:t>
            </w:r>
          </w:p>
        </w:tc>
      </w:tr>
      <w:tr w:rsidR="00017A3B" w14:paraId="2A1E6A6E" w14:textId="77777777" w:rsidTr="0087693D">
        <w:trPr>
          <w:jc w:val="center"/>
        </w:trPr>
        <w:tc>
          <w:tcPr>
            <w:tcW w:w="170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B65246" w14:textId="77777777" w:rsidR="00017A3B" w:rsidRDefault="00000000">
            <w:r>
              <w:rPr>
                <w:b/>
              </w:rPr>
              <w:t>Name:</w:t>
            </w:r>
          </w:p>
        </w:tc>
        <w:tc>
          <w:tcPr>
            <w:tcW w:w="34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7F216B" w14:textId="77777777" w:rsidR="00017A3B" w:rsidRDefault="00017A3B"/>
        </w:tc>
        <w:tc>
          <w:tcPr>
            <w:tcW w:w="170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31E57A" w14:textId="77777777" w:rsidR="00017A3B" w:rsidRDefault="00000000">
            <w:r>
              <w:rPr>
                <w:b/>
              </w:rPr>
              <w:t>Occupation:</w:t>
            </w:r>
          </w:p>
        </w:tc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3D70D5" w14:textId="77777777" w:rsidR="00017A3B" w:rsidRDefault="00017A3B"/>
        </w:tc>
      </w:tr>
      <w:tr w:rsidR="00017A3B" w14:paraId="56942892" w14:textId="77777777" w:rsidTr="0087693D">
        <w:trPr>
          <w:trHeight w:val="794"/>
          <w:jc w:val="center"/>
        </w:trPr>
        <w:tc>
          <w:tcPr>
            <w:tcW w:w="170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E5C9A3" w14:textId="77777777" w:rsidR="00017A3B" w:rsidRDefault="00000000">
            <w:r>
              <w:rPr>
                <w:b/>
              </w:rPr>
              <w:t>Address:</w:t>
            </w:r>
          </w:p>
        </w:tc>
        <w:tc>
          <w:tcPr>
            <w:tcW w:w="7938" w:type="dxa"/>
            <w:gridSpan w:val="3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755D96" w14:textId="77777777" w:rsidR="00017A3B" w:rsidRDefault="00017A3B"/>
        </w:tc>
      </w:tr>
      <w:tr w:rsidR="00017A3B" w14:paraId="3AB6BCAA" w14:textId="77777777" w:rsidTr="0087693D">
        <w:trPr>
          <w:jc w:val="center"/>
        </w:trPr>
        <w:tc>
          <w:tcPr>
            <w:tcW w:w="170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E54428" w14:textId="77777777" w:rsidR="00017A3B" w:rsidRDefault="00000000">
            <w:r>
              <w:rPr>
                <w:b/>
              </w:rPr>
              <w:t>Postcode:</w:t>
            </w:r>
          </w:p>
        </w:tc>
        <w:tc>
          <w:tcPr>
            <w:tcW w:w="34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746136" w14:textId="77777777" w:rsidR="00017A3B" w:rsidRDefault="00017A3B"/>
        </w:tc>
        <w:tc>
          <w:tcPr>
            <w:tcW w:w="170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C234AD" w14:textId="77777777" w:rsidR="00017A3B" w:rsidRDefault="00000000">
            <w:r>
              <w:rPr>
                <w:b/>
              </w:rPr>
              <w:t>Telephone:</w:t>
            </w:r>
          </w:p>
        </w:tc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6BA572" w14:textId="77777777" w:rsidR="00017A3B" w:rsidRDefault="00017A3B"/>
        </w:tc>
      </w:tr>
      <w:tr w:rsidR="00017A3B" w14:paraId="1DEC948F" w14:textId="77777777" w:rsidTr="0087693D">
        <w:trPr>
          <w:jc w:val="center"/>
        </w:trPr>
        <w:tc>
          <w:tcPr>
            <w:tcW w:w="170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708CB8" w14:textId="77777777" w:rsidR="00017A3B" w:rsidRDefault="00000000">
            <w:r>
              <w:rPr>
                <w:b/>
              </w:rPr>
              <w:t>Email:</w:t>
            </w:r>
          </w:p>
        </w:tc>
        <w:tc>
          <w:tcPr>
            <w:tcW w:w="7938" w:type="dxa"/>
            <w:gridSpan w:val="3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D322D7" w14:textId="77777777" w:rsidR="00017A3B" w:rsidRDefault="00017A3B"/>
        </w:tc>
      </w:tr>
      <w:tr w:rsidR="00017A3B" w14:paraId="1CCC087F" w14:textId="77777777" w:rsidTr="0087693D">
        <w:trPr>
          <w:jc w:val="center"/>
        </w:trPr>
        <w:tc>
          <w:tcPr>
            <w:tcW w:w="9639" w:type="dxa"/>
            <w:gridSpan w:val="4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AF3E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0BEE92" w14:textId="77777777" w:rsidR="00017A3B" w:rsidRDefault="00000000">
            <w:r>
              <w:rPr>
                <w:b/>
                <w:color w:val="4F7D38"/>
              </w:rPr>
              <w:t>Second reference</w:t>
            </w:r>
          </w:p>
        </w:tc>
      </w:tr>
      <w:tr w:rsidR="00017A3B" w14:paraId="64E992BB" w14:textId="77777777" w:rsidTr="0087693D">
        <w:trPr>
          <w:jc w:val="center"/>
        </w:trPr>
        <w:tc>
          <w:tcPr>
            <w:tcW w:w="170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6E9F1E" w14:textId="77777777" w:rsidR="00017A3B" w:rsidRDefault="00000000">
            <w:r>
              <w:rPr>
                <w:b/>
              </w:rPr>
              <w:t>Name:</w:t>
            </w:r>
          </w:p>
        </w:tc>
        <w:tc>
          <w:tcPr>
            <w:tcW w:w="34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DB1777" w14:textId="77777777" w:rsidR="00017A3B" w:rsidRDefault="00017A3B"/>
        </w:tc>
        <w:tc>
          <w:tcPr>
            <w:tcW w:w="170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201AB4" w14:textId="77777777" w:rsidR="00017A3B" w:rsidRDefault="00000000">
            <w:r>
              <w:rPr>
                <w:b/>
              </w:rPr>
              <w:t>Occupation:</w:t>
            </w:r>
          </w:p>
        </w:tc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AD497F" w14:textId="77777777" w:rsidR="00017A3B" w:rsidRDefault="00017A3B"/>
        </w:tc>
      </w:tr>
      <w:tr w:rsidR="00017A3B" w14:paraId="339AEECA" w14:textId="77777777" w:rsidTr="0087693D">
        <w:trPr>
          <w:trHeight w:val="794"/>
          <w:jc w:val="center"/>
        </w:trPr>
        <w:tc>
          <w:tcPr>
            <w:tcW w:w="170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AF0B0A" w14:textId="77777777" w:rsidR="00017A3B" w:rsidRDefault="00000000">
            <w:r>
              <w:rPr>
                <w:b/>
              </w:rPr>
              <w:t>Address:</w:t>
            </w:r>
          </w:p>
        </w:tc>
        <w:tc>
          <w:tcPr>
            <w:tcW w:w="7938" w:type="dxa"/>
            <w:gridSpan w:val="3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47692F" w14:textId="77777777" w:rsidR="00017A3B" w:rsidRDefault="00017A3B"/>
        </w:tc>
      </w:tr>
      <w:tr w:rsidR="00017A3B" w14:paraId="459D5E95" w14:textId="77777777" w:rsidTr="0087693D">
        <w:trPr>
          <w:jc w:val="center"/>
        </w:trPr>
        <w:tc>
          <w:tcPr>
            <w:tcW w:w="170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C7967F" w14:textId="77777777" w:rsidR="00017A3B" w:rsidRDefault="00000000">
            <w:r>
              <w:rPr>
                <w:b/>
              </w:rPr>
              <w:t>Postcode:</w:t>
            </w:r>
          </w:p>
        </w:tc>
        <w:tc>
          <w:tcPr>
            <w:tcW w:w="34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E55B2E" w14:textId="77777777" w:rsidR="00017A3B" w:rsidRDefault="00017A3B"/>
        </w:tc>
        <w:tc>
          <w:tcPr>
            <w:tcW w:w="170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E7D3C4" w14:textId="77777777" w:rsidR="00017A3B" w:rsidRDefault="00000000">
            <w:r>
              <w:rPr>
                <w:b/>
              </w:rPr>
              <w:t>Telephone:</w:t>
            </w:r>
          </w:p>
        </w:tc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B40129" w14:textId="77777777" w:rsidR="00017A3B" w:rsidRDefault="00017A3B"/>
        </w:tc>
      </w:tr>
      <w:tr w:rsidR="00017A3B" w14:paraId="0B32CDFB" w14:textId="77777777" w:rsidTr="0087693D">
        <w:trPr>
          <w:jc w:val="center"/>
        </w:trPr>
        <w:tc>
          <w:tcPr>
            <w:tcW w:w="170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42480E" w14:textId="77777777" w:rsidR="00017A3B" w:rsidRDefault="00000000">
            <w:r>
              <w:rPr>
                <w:b/>
              </w:rPr>
              <w:t>Email:</w:t>
            </w:r>
          </w:p>
        </w:tc>
        <w:tc>
          <w:tcPr>
            <w:tcW w:w="7938" w:type="dxa"/>
            <w:gridSpan w:val="3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D31755" w14:textId="77777777" w:rsidR="00017A3B" w:rsidRDefault="00017A3B"/>
        </w:tc>
      </w:tr>
      <w:tr w:rsidR="00017A3B" w14:paraId="345DE07F" w14:textId="77777777" w:rsidTr="0087693D">
        <w:trPr>
          <w:jc w:val="center"/>
        </w:trPr>
        <w:tc>
          <w:tcPr>
            <w:tcW w:w="9639" w:type="dxa"/>
            <w:gridSpan w:val="4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AF3E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14CF34" w14:textId="77777777" w:rsidR="00017A3B" w:rsidRDefault="00000000">
            <w:r>
              <w:rPr>
                <w:b/>
                <w:color w:val="4F7D38"/>
              </w:rPr>
              <w:t>Declaration</w:t>
            </w:r>
          </w:p>
        </w:tc>
      </w:tr>
      <w:tr w:rsidR="00017A3B" w14:paraId="3D7B62E8" w14:textId="77777777" w:rsidTr="0087693D">
        <w:trPr>
          <w:trHeight w:val="1134"/>
          <w:jc w:val="center"/>
        </w:trPr>
        <w:tc>
          <w:tcPr>
            <w:tcW w:w="9639" w:type="dxa"/>
            <w:gridSpan w:val="4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7A437A" w14:textId="77777777" w:rsidR="00017A3B" w:rsidRDefault="00000000">
            <w:r>
              <w:rPr>
                <w:b/>
              </w:rPr>
              <w:t>Please sign to confirm that the information you have given is true and accurate to the best of your knowledge.</w:t>
            </w:r>
          </w:p>
        </w:tc>
      </w:tr>
    </w:tbl>
    <w:p w14:paraId="418E31FA" w14:textId="77777777" w:rsidR="00017A3B" w:rsidRDefault="00017A3B"/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068"/>
        <w:gridCol w:w="5068"/>
      </w:tblGrid>
      <w:tr w:rsidR="00017A3B" w14:paraId="60E7DB94" w14:textId="77777777" w:rsidTr="0087693D">
        <w:trPr>
          <w:trHeight w:val="765"/>
          <w:jc w:val="center"/>
        </w:trPr>
        <w:tc>
          <w:tcPr>
            <w:tcW w:w="507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20198B" w14:textId="77777777" w:rsidR="00017A3B" w:rsidRDefault="00000000">
            <w:r>
              <w:rPr>
                <w:b/>
              </w:rPr>
              <w:t>Signature:</w:t>
            </w:r>
          </w:p>
        </w:tc>
        <w:tc>
          <w:tcPr>
            <w:tcW w:w="507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80952D" w14:textId="77777777" w:rsidR="00017A3B" w:rsidRDefault="00017A3B"/>
        </w:tc>
      </w:tr>
      <w:tr w:rsidR="00017A3B" w14:paraId="0FC5269C" w14:textId="77777777" w:rsidTr="0087693D">
        <w:trPr>
          <w:trHeight w:val="567"/>
          <w:jc w:val="center"/>
        </w:trPr>
        <w:tc>
          <w:tcPr>
            <w:tcW w:w="507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F4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DF9CC0" w14:textId="77777777" w:rsidR="00017A3B" w:rsidRDefault="00000000">
            <w:r>
              <w:rPr>
                <w:b/>
              </w:rPr>
              <w:t>Date:</w:t>
            </w:r>
          </w:p>
        </w:tc>
        <w:tc>
          <w:tcPr>
            <w:tcW w:w="507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8D3F60" w14:textId="77777777" w:rsidR="00017A3B" w:rsidRDefault="00017A3B"/>
        </w:tc>
      </w:tr>
    </w:tbl>
    <w:p w14:paraId="1966F542" w14:textId="77777777" w:rsidR="00017A3B" w:rsidRDefault="00000000">
      <w:pPr>
        <w:spacing w:before="160"/>
        <w:jc w:val="center"/>
      </w:pPr>
      <w:r>
        <w:rPr>
          <w:color w:val="4F7D38"/>
          <w:sz w:val="18"/>
        </w:rPr>
        <w:t>Hounslow Community FoodBox</w:t>
      </w:r>
    </w:p>
    <w:p>
      <w:pPr>
        <w:sectPr>
          <w:footerReference w:type="default" r:id="rId9"/>
          <w:pgSz w:w="11906" w:h="16838"/>
          <w:pgMar w:top="822" w:right="879" w:bottom="822" w:left="879" w:header="720" w:footer="720" w:gutter="0"/>
          <w:cols w:space="720"/>
          <w:docGrid w:linePitch="360"/>
        </w:sectPr>
      </w:pP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7269480" cy="1026917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69480" cy="10269174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7269480" cy="1026917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69480" cy="10269174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7269480" cy="1026917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269480" cy="1026917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017A3B" w:rsidSect="00034616">
      <w:pgSz w:w="11906" w:h="16838"/>
      <w:pgMar w:top="259" w:right="202" w:bottom="259" w:left="202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D685A" w14:textId="77777777" w:rsidR="001B3F31" w:rsidRDefault="001B3F31">
      <w:r>
        <w:separator/>
      </w:r>
    </w:p>
  </w:endnote>
  <w:endnote w:type="continuationSeparator" w:id="0">
    <w:p w14:paraId="29312680" w14:textId="77777777" w:rsidR="001B3F31" w:rsidRDefault="001B3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5DF53" w14:textId="77777777" w:rsidR="00017A3B" w:rsidRDefault="00000000">
    <w:pPr>
      <w:pStyle w:val="Footer"/>
      <w:jc w:val="center"/>
    </w:pPr>
    <w:r>
      <w:rPr>
        <w:sz w:val="18"/>
      </w:rPr>
      <w:fldChar w:fldCharType="begin"/>
    </w:r>
    <w:r>
      <w:rPr>
        <w:sz w:val="18"/>
      </w:rPr>
      <w:instrText>PAGE</w:instrText>
    </w:r>
    <w:r w:rsidR="0087693D">
      <w:rPr>
        <w:sz w:val="18"/>
      </w:rPr>
      <w:fldChar w:fldCharType="separate"/>
    </w:r>
    <w:r w:rsidR="0087693D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B0B51" w14:textId="77777777" w:rsidR="001B3F31" w:rsidRDefault="001B3F31">
      <w:r>
        <w:separator/>
      </w:r>
    </w:p>
  </w:footnote>
  <w:footnote w:type="continuationSeparator" w:id="0">
    <w:p w14:paraId="74DA6C4E" w14:textId="77777777" w:rsidR="001B3F31" w:rsidRDefault="001B3F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58450101">
    <w:abstractNumId w:val="8"/>
  </w:num>
  <w:num w:numId="2" w16cid:durableId="63963595">
    <w:abstractNumId w:val="6"/>
  </w:num>
  <w:num w:numId="3" w16cid:durableId="2081827704">
    <w:abstractNumId w:val="5"/>
  </w:num>
  <w:num w:numId="4" w16cid:durableId="1647203338">
    <w:abstractNumId w:val="4"/>
  </w:num>
  <w:num w:numId="5" w16cid:durableId="777025684">
    <w:abstractNumId w:val="7"/>
  </w:num>
  <w:num w:numId="6" w16cid:durableId="1815413743">
    <w:abstractNumId w:val="3"/>
  </w:num>
  <w:num w:numId="7" w16cid:durableId="859053621">
    <w:abstractNumId w:val="2"/>
  </w:num>
  <w:num w:numId="8" w16cid:durableId="915941374">
    <w:abstractNumId w:val="1"/>
  </w:num>
  <w:num w:numId="9" w16cid:durableId="137114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A3B"/>
    <w:rsid w:val="00034616"/>
    <w:rsid w:val="0006063C"/>
    <w:rsid w:val="0015074B"/>
    <w:rsid w:val="001B3F31"/>
    <w:rsid w:val="0029639D"/>
    <w:rsid w:val="00326F90"/>
    <w:rsid w:val="00417ED3"/>
    <w:rsid w:val="0087693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57CF62"/>
  <w14:defaultImageDpi w14:val="300"/>
  <w15:docId w15:val="{25E8FD60-CFE6-FC4D-A607-D73F48631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ptos" w:hAnsi="Aptos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F7D3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7D3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4F7D38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383</Words>
  <Characters>2104</Characters>
  <Application>Microsoft Office Word</Application>
  <DocSecurity>0</DocSecurity>
  <Lines>150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Holly Nessling</cp:lastModifiedBy>
  <cp:revision>2</cp:revision>
  <dcterms:created xsi:type="dcterms:W3CDTF">2026-09-09T18:14:00Z</dcterms:created>
  <dcterms:modified xsi:type="dcterms:W3CDTF">2026-09-09T18:14:00Z</dcterms:modified>
  <cp:category/>
</cp:coreProperties>
</file>